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5AA2A" w14:textId="3932B8ED" w:rsidR="006D0E37" w:rsidRDefault="00B55767" w:rsidP="006D0E37">
      <w:pPr>
        <w:spacing w:after="0"/>
        <w:rPr>
          <w:rFonts w:ascii="Gill Sans MT" w:hAnsi="Gill Sans MT"/>
          <w:b/>
          <w:sz w:val="36"/>
        </w:rPr>
      </w:pPr>
      <w:r>
        <w:rPr>
          <w:noProof/>
        </w:rPr>
        <w:drawing>
          <wp:inline distT="0" distB="0" distL="0" distR="0" wp14:anchorId="69ED2FF1" wp14:editId="4B551434">
            <wp:extent cx="1447165" cy="611505"/>
            <wp:effectExtent l="0" t="0" r="635" b="17145"/>
            <wp:docPr id="275682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82091" name="Picture 1"/>
                    <pic:cNvPicPr>
                      <a:picLocks noChangeAspect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B360" w14:textId="77777777" w:rsidR="006D0E37" w:rsidRDefault="006D0E37" w:rsidP="006D0E37">
      <w:pPr>
        <w:spacing w:after="0"/>
        <w:rPr>
          <w:rFonts w:ascii="Gill Sans MT" w:hAnsi="Gill Sans MT"/>
          <w:b/>
          <w:sz w:val="36"/>
        </w:rPr>
      </w:pPr>
    </w:p>
    <w:p w14:paraId="77B9B21E" w14:textId="7063F679" w:rsidR="0092519B" w:rsidRPr="00145338" w:rsidRDefault="00576680" w:rsidP="0092519B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145338">
        <w:rPr>
          <w:rFonts w:ascii="Arial" w:hAnsi="Arial" w:cs="Arial"/>
          <w:b/>
          <w:sz w:val="36"/>
          <w:szCs w:val="36"/>
        </w:rPr>
        <w:t xml:space="preserve">Athletics Tasman </w:t>
      </w:r>
      <w:r w:rsidR="00E12FD1">
        <w:rPr>
          <w:rFonts w:ascii="Arial" w:hAnsi="Arial" w:cs="Arial"/>
          <w:b/>
          <w:sz w:val="36"/>
          <w:szCs w:val="36"/>
        </w:rPr>
        <w:t>Specified Offi</w:t>
      </w:r>
      <w:r w:rsidR="00636631">
        <w:rPr>
          <w:rFonts w:ascii="Arial" w:hAnsi="Arial" w:cs="Arial"/>
          <w:b/>
          <w:sz w:val="36"/>
          <w:szCs w:val="36"/>
        </w:rPr>
        <w:t>cers</w:t>
      </w:r>
      <w:r w:rsidR="00DF6426" w:rsidRPr="00145338">
        <w:rPr>
          <w:rFonts w:ascii="Arial" w:hAnsi="Arial" w:cs="Arial"/>
          <w:b/>
          <w:sz w:val="36"/>
          <w:szCs w:val="36"/>
        </w:rPr>
        <w:t xml:space="preserve"> </w:t>
      </w:r>
    </w:p>
    <w:p w14:paraId="65930E0D" w14:textId="77777777" w:rsidR="007112F4" w:rsidRDefault="00015BC8" w:rsidP="0092519B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145338">
        <w:rPr>
          <w:rFonts w:ascii="Arial" w:hAnsi="Arial" w:cs="Arial"/>
          <w:b/>
          <w:sz w:val="36"/>
          <w:szCs w:val="36"/>
        </w:rPr>
        <w:t>Nomination Form</w:t>
      </w:r>
    </w:p>
    <w:p w14:paraId="6DF1C2CA" w14:textId="4B0A4E4E" w:rsidR="001E7567" w:rsidRPr="00B55767" w:rsidRDefault="001E7567" w:rsidP="0092519B">
      <w:pPr>
        <w:spacing w:after="0"/>
        <w:jc w:val="center"/>
        <w:rPr>
          <w:rFonts w:ascii="Arial" w:hAnsi="Arial" w:cs="Arial"/>
          <w:b/>
        </w:rPr>
      </w:pPr>
    </w:p>
    <w:p w14:paraId="28BD5B3B" w14:textId="47DE0B3D" w:rsidR="006A2D40" w:rsidRPr="007112F4" w:rsidRDefault="00EF4E39" w:rsidP="006A2D40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Plea</w:t>
      </w:r>
      <w:r w:rsidR="006A2D40">
        <w:rPr>
          <w:rFonts w:ascii="Arial" w:hAnsi="Arial" w:cs="Arial"/>
          <w:b/>
          <w:bCs/>
          <w:i/>
          <w:iCs/>
          <w:sz w:val="20"/>
          <w:szCs w:val="20"/>
        </w:rPr>
        <w:t>se note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nominations for the election of Specified Officers (non-Board Members) </w:t>
      </w:r>
      <w:proofErr w:type="gramStart"/>
      <w:r>
        <w:rPr>
          <w:rFonts w:ascii="Arial" w:hAnsi="Arial" w:cs="Arial"/>
          <w:b/>
          <w:bCs/>
          <w:i/>
          <w:iCs/>
          <w:sz w:val="20"/>
          <w:szCs w:val="20"/>
        </w:rPr>
        <w:t>does</w:t>
      </w:r>
      <w:proofErr w:type="gramEnd"/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not exclude a Board Member from fulfilling any of these roles </w:t>
      </w:r>
      <w:r w:rsidR="00870154">
        <w:rPr>
          <w:rFonts w:ascii="Arial" w:hAnsi="Arial" w:cs="Arial"/>
          <w:b/>
          <w:bCs/>
          <w:i/>
          <w:iCs/>
          <w:sz w:val="20"/>
          <w:szCs w:val="20"/>
        </w:rPr>
        <w:t>(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other than for </w:t>
      </w:r>
      <w:r w:rsidR="00870154">
        <w:rPr>
          <w:rFonts w:ascii="Arial" w:hAnsi="Arial" w:cs="Arial"/>
          <w:b/>
          <w:bCs/>
          <w:i/>
          <w:iCs/>
          <w:sz w:val="20"/>
          <w:szCs w:val="20"/>
        </w:rPr>
        <w:t>Patro</w:t>
      </w:r>
      <w:r>
        <w:rPr>
          <w:rFonts w:ascii="Arial" w:hAnsi="Arial" w:cs="Arial"/>
          <w:b/>
          <w:bCs/>
          <w:i/>
          <w:iCs/>
          <w:sz w:val="20"/>
          <w:szCs w:val="20"/>
        </w:rPr>
        <w:t>n</w:t>
      </w:r>
      <w:r w:rsidR="00870154">
        <w:rPr>
          <w:rFonts w:ascii="Arial" w:hAnsi="Arial" w:cs="Arial"/>
          <w:b/>
          <w:bCs/>
          <w:i/>
          <w:iCs/>
          <w:sz w:val="20"/>
          <w:szCs w:val="20"/>
        </w:rPr>
        <w:t>)</w:t>
      </w:r>
      <w:r w:rsidR="005E4146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="00101EFE">
        <w:rPr>
          <w:rFonts w:ascii="Arial" w:hAnsi="Arial" w:cs="Arial"/>
          <w:b/>
          <w:bCs/>
          <w:i/>
          <w:iCs/>
          <w:sz w:val="20"/>
          <w:szCs w:val="20"/>
        </w:rPr>
        <w:t xml:space="preserve"> If an </w:t>
      </w:r>
      <w:r w:rsidR="005E4146">
        <w:rPr>
          <w:rFonts w:ascii="Arial" w:hAnsi="Arial" w:cs="Arial"/>
          <w:b/>
          <w:bCs/>
          <w:i/>
          <w:iCs/>
          <w:sz w:val="20"/>
          <w:szCs w:val="20"/>
        </w:rPr>
        <w:t xml:space="preserve">existing </w:t>
      </w:r>
      <w:r w:rsidR="00E12EDF">
        <w:rPr>
          <w:rFonts w:ascii="Arial" w:hAnsi="Arial" w:cs="Arial"/>
          <w:b/>
          <w:bCs/>
          <w:i/>
          <w:iCs/>
          <w:sz w:val="20"/>
          <w:szCs w:val="20"/>
        </w:rPr>
        <w:t>Board Member</w:t>
      </w:r>
      <w:r w:rsidR="005E4146">
        <w:rPr>
          <w:rFonts w:ascii="Arial" w:hAnsi="Arial" w:cs="Arial"/>
          <w:b/>
          <w:bCs/>
          <w:i/>
          <w:iCs/>
          <w:sz w:val="20"/>
          <w:szCs w:val="20"/>
        </w:rPr>
        <w:t>, or a person</w:t>
      </w:r>
      <w:r w:rsidR="00101EFE">
        <w:rPr>
          <w:rFonts w:ascii="Arial" w:hAnsi="Arial" w:cs="Arial"/>
          <w:b/>
          <w:bCs/>
          <w:i/>
          <w:iCs/>
          <w:sz w:val="20"/>
          <w:szCs w:val="20"/>
        </w:rPr>
        <w:t xml:space="preserve"> being nominated to be an </w:t>
      </w:r>
      <w:r w:rsidR="00671289">
        <w:rPr>
          <w:rFonts w:ascii="Arial" w:hAnsi="Arial" w:cs="Arial"/>
          <w:b/>
          <w:bCs/>
          <w:i/>
          <w:iCs/>
          <w:sz w:val="20"/>
          <w:szCs w:val="20"/>
        </w:rPr>
        <w:t xml:space="preserve">Elected Board Member </w:t>
      </w:r>
      <w:r w:rsidR="00E12EDF">
        <w:rPr>
          <w:rFonts w:ascii="Arial" w:hAnsi="Arial" w:cs="Arial"/>
          <w:b/>
          <w:bCs/>
          <w:i/>
          <w:iCs/>
          <w:sz w:val="20"/>
          <w:szCs w:val="20"/>
        </w:rPr>
        <w:t>wishes to fulfil any of these roles, they should put their nomination forward.</w:t>
      </w:r>
    </w:p>
    <w:p w14:paraId="1C83D5D2" w14:textId="305F105D" w:rsidR="003F5E3B" w:rsidRPr="007A29FE" w:rsidRDefault="007112F4">
      <w:pPr>
        <w:pStyle w:val="Heading1"/>
        <w:rPr>
          <w:rFonts w:ascii="Arial" w:hAnsi="Arial" w:cs="Arial"/>
          <w:color w:val="548DD4" w:themeColor="text2" w:themeTint="99"/>
        </w:rPr>
      </w:pPr>
      <w:r>
        <w:rPr>
          <w:rFonts w:ascii="Arial" w:hAnsi="Arial" w:cs="Arial"/>
          <w:color w:val="548DD4" w:themeColor="text2" w:themeTint="99"/>
        </w:rPr>
        <w:t>N</w:t>
      </w:r>
      <w:r w:rsidRPr="007A29FE">
        <w:rPr>
          <w:rFonts w:ascii="Arial" w:hAnsi="Arial" w:cs="Arial"/>
          <w:color w:val="548DD4" w:themeColor="text2" w:themeTint="99"/>
        </w:rPr>
        <w:t>ominee Information</w:t>
      </w:r>
    </w:p>
    <w:p w14:paraId="19F12C7D" w14:textId="77777777" w:rsidR="00CB75CB" w:rsidRPr="00145338" w:rsidRDefault="00CB75CB" w:rsidP="00CB75CB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225"/>
      </w:tblGrid>
      <w:tr w:rsidR="00CB75CB" w14:paraId="690B259C" w14:textId="77777777" w:rsidTr="00CB75CB">
        <w:tc>
          <w:tcPr>
            <w:tcW w:w="2405" w:type="dxa"/>
          </w:tcPr>
          <w:p w14:paraId="78D9936D" w14:textId="77777777" w:rsidR="00CB75CB" w:rsidRPr="00145338" w:rsidRDefault="00CB75CB" w:rsidP="001C2C9E">
            <w:pPr>
              <w:rPr>
                <w:rFonts w:ascii="Arial" w:hAnsi="Arial" w:cs="Arial"/>
                <w:b/>
                <w:bCs/>
              </w:rPr>
            </w:pPr>
            <w:r w:rsidRPr="00145338">
              <w:rPr>
                <w:rFonts w:ascii="Arial" w:hAnsi="Arial" w:cs="Arial"/>
                <w:b/>
                <w:bCs/>
              </w:rPr>
              <w:t>Full Name:</w:t>
            </w:r>
          </w:p>
          <w:p w14:paraId="6AA38E33" w14:textId="48A4F1CC" w:rsidR="00CB75CB" w:rsidRPr="00145338" w:rsidRDefault="00CB75CB" w:rsidP="001C2C9E">
            <w:pPr>
              <w:rPr>
                <w:rFonts w:ascii="Arial" w:hAnsi="Arial" w:cs="Arial"/>
                <w:color w:val="548DD4" w:themeColor="text2" w:themeTint="99"/>
              </w:rPr>
            </w:pPr>
          </w:p>
        </w:tc>
        <w:tc>
          <w:tcPr>
            <w:tcW w:w="6225" w:type="dxa"/>
          </w:tcPr>
          <w:p w14:paraId="1F9317F7" w14:textId="77777777" w:rsidR="00CB75CB" w:rsidRPr="00B86EFE" w:rsidRDefault="00CB75CB" w:rsidP="001C2C9E">
            <w:pPr>
              <w:rPr>
                <w:rFonts w:ascii="Arial" w:hAnsi="Arial" w:cs="Arial"/>
                <w:color w:val="548DD4" w:themeColor="text2" w:themeTint="99"/>
              </w:rPr>
            </w:pPr>
          </w:p>
        </w:tc>
      </w:tr>
      <w:tr w:rsidR="00CB75CB" w14:paraId="5D822326" w14:textId="77777777" w:rsidTr="00CB75CB">
        <w:tc>
          <w:tcPr>
            <w:tcW w:w="2405" w:type="dxa"/>
          </w:tcPr>
          <w:p w14:paraId="7EC48DB3" w14:textId="77777777" w:rsidR="00CB75CB" w:rsidRPr="00145338" w:rsidRDefault="00CB75CB" w:rsidP="001C2C9E">
            <w:pPr>
              <w:rPr>
                <w:rFonts w:ascii="Arial" w:hAnsi="Arial" w:cs="Arial"/>
                <w:b/>
                <w:bCs/>
              </w:rPr>
            </w:pPr>
            <w:r w:rsidRPr="00145338">
              <w:rPr>
                <w:rFonts w:ascii="Arial" w:hAnsi="Arial" w:cs="Arial"/>
                <w:b/>
                <w:bCs/>
              </w:rPr>
              <w:t>Phone Number:</w:t>
            </w:r>
          </w:p>
          <w:p w14:paraId="6BAECB6E" w14:textId="45E6DDF3" w:rsidR="00CB75CB" w:rsidRPr="00145338" w:rsidRDefault="00CB75CB" w:rsidP="001C2C9E">
            <w:pPr>
              <w:rPr>
                <w:rFonts w:ascii="Arial" w:hAnsi="Arial" w:cs="Arial"/>
                <w:b/>
                <w:bCs/>
                <w:color w:val="548DD4" w:themeColor="text2" w:themeTint="99"/>
              </w:rPr>
            </w:pPr>
          </w:p>
        </w:tc>
        <w:tc>
          <w:tcPr>
            <w:tcW w:w="6225" w:type="dxa"/>
          </w:tcPr>
          <w:p w14:paraId="2BBF1B2C" w14:textId="77777777" w:rsidR="00CB75CB" w:rsidRPr="00B86EFE" w:rsidRDefault="00CB75CB" w:rsidP="001C2C9E">
            <w:pPr>
              <w:rPr>
                <w:rFonts w:ascii="Arial" w:hAnsi="Arial" w:cs="Arial"/>
                <w:color w:val="548DD4" w:themeColor="text2" w:themeTint="99"/>
              </w:rPr>
            </w:pPr>
          </w:p>
        </w:tc>
      </w:tr>
      <w:tr w:rsidR="00CB75CB" w14:paraId="4A0A8CD5" w14:textId="77777777" w:rsidTr="00CB75CB">
        <w:tc>
          <w:tcPr>
            <w:tcW w:w="2405" w:type="dxa"/>
          </w:tcPr>
          <w:p w14:paraId="381D32D6" w14:textId="77777777" w:rsidR="00CB75CB" w:rsidRPr="00145338" w:rsidRDefault="00CB75CB" w:rsidP="001C2C9E">
            <w:pPr>
              <w:rPr>
                <w:rFonts w:ascii="Arial" w:hAnsi="Arial" w:cs="Arial"/>
                <w:b/>
                <w:bCs/>
              </w:rPr>
            </w:pPr>
            <w:r w:rsidRPr="00145338">
              <w:rPr>
                <w:rFonts w:ascii="Arial" w:hAnsi="Arial" w:cs="Arial"/>
                <w:b/>
                <w:bCs/>
              </w:rPr>
              <w:t>Email Address:</w:t>
            </w:r>
          </w:p>
          <w:p w14:paraId="2AB1ECC8" w14:textId="41BAA31C" w:rsidR="00CB75CB" w:rsidRPr="00145338" w:rsidRDefault="00CB75CB" w:rsidP="001C2C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25" w:type="dxa"/>
          </w:tcPr>
          <w:p w14:paraId="06D59039" w14:textId="77777777" w:rsidR="00CB75CB" w:rsidRPr="00B86EFE" w:rsidRDefault="00CB75CB" w:rsidP="001C2C9E">
            <w:pPr>
              <w:rPr>
                <w:rFonts w:ascii="Arial" w:hAnsi="Arial" w:cs="Arial"/>
                <w:color w:val="548DD4" w:themeColor="text2" w:themeTint="99"/>
              </w:rPr>
            </w:pPr>
          </w:p>
        </w:tc>
      </w:tr>
    </w:tbl>
    <w:p w14:paraId="7EA8C3C2" w14:textId="77777777" w:rsidR="00CB75CB" w:rsidRDefault="00CB75CB" w:rsidP="00722313">
      <w:pPr>
        <w:rPr>
          <w:rFonts w:ascii="Gill Sans MT" w:hAnsi="Gill Sans MT"/>
          <w:b/>
          <w:bCs/>
          <w:color w:val="548DD4" w:themeColor="text2" w:themeTint="99"/>
          <w:sz w:val="28"/>
          <w:szCs w:val="28"/>
        </w:rPr>
      </w:pPr>
    </w:p>
    <w:p w14:paraId="6AB33639" w14:textId="22CBC747" w:rsidR="003F5E3B" w:rsidRPr="00E6005B" w:rsidRDefault="00015BC8" w:rsidP="00722313">
      <w:pPr>
        <w:rPr>
          <w:rFonts w:ascii="Arial" w:hAnsi="Arial" w:cs="Arial"/>
          <w:b/>
          <w:bCs/>
          <w:color w:val="548DD4" w:themeColor="text2" w:themeTint="99"/>
          <w:sz w:val="28"/>
          <w:szCs w:val="28"/>
        </w:rPr>
      </w:pPr>
      <w:r w:rsidRPr="00E6005B">
        <w:rPr>
          <w:rFonts w:ascii="Arial" w:hAnsi="Arial" w:cs="Arial"/>
          <w:b/>
          <w:bCs/>
          <w:color w:val="548DD4" w:themeColor="text2" w:themeTint="99"/>
          <w:sz w:val="28"/>
          <w:szCs w:val="28"/>
        </w:rPr>
        <w:t>Position Being Nominated For</w:t>
      </w:r>
    </w:p>
    <w:p w14:paraId="7930CDC8" w14:textId="0921118B" w:rsidR="005F5024" w:rsidRPr="00BA556B" w:rsidRDefault="00015BC8" w:rsidP="005F5024">
      <w:pPr>
        <w:spacing w:after="0"/>
        <w:rPr>
          <w:rFonts w:ascii="Arial" w:hAnsi="Arial" w:cs="Arial"/>
        </w:rPr>
      </w:pPr>
      <w:r w:rsidRPr="00B86EFE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B86EFE">
        <w:rPr>
          <w:rFonts w:ascii="Arial" w:hAnsi="Arial" w:cs="Arial"/>
          <w:b/>
          <w:bCs/>
          <w:sz w:val="24"/>
          <w:szCs w:val="24"/>
        </w:rPr>
        <w:t xml:space="preserve"> </w:t>
      </w:r>
      <w:r w:rsidR="005F5024" w:rsidRPr="00BA556B">
        <w:rPr>
          <w:rFonts w:ascii="Arial" w:hAnsi="Arial" w:cs="Arial"/>
        </w:rPr>
        <w:t xml:space="preserve">Patron                                            </w:t>
      </w:r>
      <w:r w:rsidR="007112F4">
        <w:rPr>
          <w:rFonts w:ascii="Arial" w:hAnsi="Arial" w:cs="Arial"/>
        </w:rPr>
        <w:t xml:space="preserve">  </w:t>
      </w:r>
      <w:r w:rsidR="005F5024" w:rsidRPr="00BA556B">
        <w:rPr>
          <w:rFonts w:ascii="Segoe UI Symbol" w:hAnsi="Segoe UI Symbol" w:cs="Segoe UI Symbol"/>
          <w:b/>
          <w:bCs/>
        </w:rPr>
        <w:t>☐</w:t>
      </w:r>
      <w:r w:rsidR="005F5024" w:rsidRPr="00BA556B">
        <w:rPr>
          <w:rFonts w:ascii="Arial" w:hAnsi="Arial" w:cs="Arial"/>
          <w:b/>
          <w:bCs/>
        </w:rPr>
        <w:t xml:space="preserve"> </w:t>
      </w:r>
      <w:r w:rsidR="005F5024" w:rsidRPr="00BA556B">
        <w:rPr>
          <w:rFonts w:ascii="Arial" w:hAnsi="Arial" w:cs="Arial"/>
        </w:rPr>
        <w:t>Secretary</w:t>
      </w:r>
    </w:p>
    <w:p w14:paraId="328537D0" w14:textId="54AAAEC0" w:rsidR="003F5E3B" w:rsidRPr="00BA556B" w:rsidRDefault="005F5024" w:rsidP="007C6AED">
      <w:pPr>
        <w:spacing w:after="0"/>
        <w:rPr>
          <w:rFonts w:ascii="Arial" w:hAnsi="Arial" w:cs="Arial"/>
        </w:rPr>
      </w:pPr>
      <w:r w:rsidRPr="00BA556B">
        <w:rPr>
          <w:rFonts w:ascii="Segoe UI Symbol" w:hAnsi="Segoe UI Symbol" w:cs="Segoe UI Symbol"/>
          <w:b/>
          <w:bCs/>
        </w:rPr>
        <w:t>☐</w:t>
      </w:r>
      <w:r w:rsidRPr="00BA556B">
        <w:rPr>
          <w:rFonts w:ascii="Arial" w:hAnsi="Arial" w:cs="Arial"/>
          <w:b/>
          <w:bCs/>
        </w:rPr>
        <w:t xml:space="preserve"> </w:t>
      </w:r>
      <w:r w:rsidR="00CE3EE8" w:rsidRPr="00BA556B">
        <w:rPr>
          <w:rFonts w:ascii="Arial" w:hAnsi="Arial" w:cs="Arial"/>
        </w:rPr>
        <w:t>Treasurer</w:t>
      </w:r>
      <w:r w:rsidRPr="00BA556B">
        <w:rPr>
          <w:rFonts w:ascii="Arial" w:hAnsi="Arial" w:cs="Arial"/>
        </w:rPr>
        <w:t xml:space="preserve">                  </w:t>
      </w:r>
      <w:r w:rsidR="00CE3EE8" w:rsidRPr="00BA556B">
        <w:rPr>
          <w:rFonts w:ascii="Arial" w:hAnsi="Arial" w:cs="Arial"/>
        </w:rPr>
        <w:t xml:space="preserve">                    </w:t>
      </w:r>
      <w:r w:rsidR="007112F4">
        <w:rPr>
          <w:rFonts w:ascii="Arial" w:hAnsi="Arial" w:cs="Arial"/>
        </w:rPr>
        <w:t xml:space="preserve">  </w:t>
      </w:r>
      <w:r w:rsidR="00CE3EE8" w:rsidRPr="00BA556B">
        <w:rPr>
          <w:rFonts w:ascii="Arial" w:hAnsi="Arial" w:cs="Arial"/>
        </w:rPr>
        <w:t xml:space="preserve"> </w:t>
      </w:r>
      <w:r w:rsidRPr="00BA556B">
        <w:rPr>
          <w:rFonts w:ascii="Segoe UI Symbol" w:hAnsi="Segoe UI Symbol" w:cs="Segoe UI Symbol"/>
          <w:b/>
          <w:bCs/>
        </w:rPr>
        <w:t>☐</w:t>
      </w:r>
      <w:r w:rsidRPr="00BA556B">
        <w:rPr>
          <w:rFonts w:ascii="Arial" w:hAnsi="Arial" w:cs="Arial"/>
          <w:b/>
          <w:bCs/>
        </w:rPr>
        <w:t xml:space="preserve"> </w:t>
      </w:r>
      <w:r w:rsidR="00CE3EE8" w:rsidRPr="00BA556B">
        <w:rPr>
          <w:rFonts w:ascii="Arial" w:hAnsi="Arial" w:cs="Arial"/>
        </w:rPr>
        <w:t>Safeguarding Officer</w:t>
      </w:r>
    </w:p>
    <w:p w14:paraId="2F88C43F" w14:textId="77777777" w:rsidR="00BA556B" w:rsidRDefault="005F5024" w:rsidP="007C6AED">
      <w:pPr>
        <w:spacing w:after="0"/>
        <w:rPr>
          <w:rFonts w:ascii="Arial" w:hAnsi="Arial" w:cs="Arial"/>
          <w:b/>
          <w:bCs/>
        </w:rPr>
      </w:pPr>
      <w:r w:rsidRPr="00BA556B">
        <w:rPr>
          <w:rFonts w:ascii="Segoe UI Symbol" w:hAnsi="Segoe UI Symbol" w:cs="Segoe UI Symbol"/>
          <w:b/>
          <w:bCs/>
        </w:rPr>
        <w:t>☐</w:t>
      </w:r>
      <w:r w:rsidRPr="00BA556B">
        <w:rPr>
          <w:rFonts w:ascii="Arial" w:hAnsi="Arial" w:cs="Arial"/>
          <w:b/>
          <w:bCs/>
        </w:rPr>
        <w:t xml:space="preserve"> </w:t>
      </w:r>
      <w:r w:rsidR="001B5FDD" w:rsidRPr="00BA556B">
        <w:rPr>
          <w:rFonts w:ascii="Arial" w:hAnsi="Arial" w:cs="Arial"/>
        </w:rPr>
        <w:t xml:space="preserve">Chair – Tasman </w:t>
      </w:r>
      <w:proofErr w:type="spellStart"/>
      <w:r w:rsidR="001B5FDD" w:rsidRPr="00BA556B">
        <w:rPr>
          <w:rFonts w:ascii="Arial" w:hAnsi="Arial" w:cs="Arial"/>
        </w:rPr>
        <w:t>C</w:t>
      </w:r>
      <w:r w:rsidR="00BA556B" w:rsidRPr="00BA556B">
        <w:rPr>
          <w:rFonts w:ascii="Arial" w:hAnsi="Arial" w:cs="Arial"/>
        </w:rPr>
        <w:t>h</w:t>
      </w:r>
      <w:r w:rsidR="00197174" w:rsidRPr="00BA556B">
        <w:rPr>
          <w:rFonts w:ascii="Arial" w:hAnsi="Arial" w:cs="Arial"/>
        </w:rPr>
        <w:t>il</w:t>
      </w:r>
      <w:r w:rsidR="00BA556B" w:rsidRPr="00BA556B">
        <w:rPr>
          <w:rFonts w:ascii="Arial" w:hAnsi="Arial" w:cs="Arial"/>
        </w:rPr>
        <w:t>drens</w:t>
      </w:r>
      <w:proofErr w:type="spellEnd"/>
      <w:r w:rsidR="00BA556B" w:rsidRPr="00BA556B">
        <w:rPr>
          <w:rFonts w:ascii="Arial" w:hAnsi="Arial" w:cs="Arial"/>
        </w:rPr>
        <w:t xml:space="preserve"> Subcommittee</w:t>
      </w:r>
      <w:r w:rsidR="001B5FDD" w:rsidRPr="00BA556B">
        <w:rPr>
          <w:rFonts w:ascii="Arial" w:hAnsi="Arial" w:cs="Arial"/>
          <w:b/>
          <w:bCs/>
        </w:rPr>
        <w:t xml:space="preserve">                                                </w:t>
      </w:r>
    </w:p>
    <w:p w14:paraId="5AE1C950" w14:textId="63CA535C" w:rsidR="005F5024" w:rsidRPr="00BA556B" w:rsidRDefault="005F5024" w:rsidP="007C6AED">
      <w:pPr>
        <w:spacing w:after="0"/>
        <w:rPr>
          <w:rFonts w:ascii="Arial" w:hAnsi="Arial" w:cs="Arial"/>
        </w:rPr>
      </w:pPr>
      <w:r w:rsidRPr="00BA556B">
        <w:rPr>
          <w:rFonts w:ascii="Segoe UI Symbol" w:hAnsi="Segoe UI Symbol" w:cs="Segoe UI Symbol"/>
          <w:b/>
          <w:bCs/>
        </w:rPr>
        <w:t>☐</w:t>
      </w:r>
      <w:r w:rsidR="00BA556B" w:rsidRPr="00BA556B">
        <w:rPr>
          <w:rFonts w:ascii="Arial" w:hAnsi="Arial" w:cs="Arial"/>
        </w:rPr>
        <w:t xml:space="preserve"> Chair – Tasman </w:t>
      </w:r>
      <w:r w:rsidR="00814343">
        <w:rPr>
          <w:rFonts w:ascii="Arial" w:hAnsi="Arial" w:cs="Arial"/>
        </w:rPr>
        <w:t>Road and Cross-Country S</w:t>
      </w:r>
      <w:r w:rsidR="00BA556B" w:rsidRPr="00BA556B">
        <w:rPr>
          <w:rFonts w:ascii="Arial" w:hAnsi="Arial" w:cs="Arial"/>
        </w:rPr>
        <w:t>ubcommittee</w:t>
      </w:r>
      <w:r w:rsidR="00BA556B" w:rsidRPr="00BA556B">
        <w:rPr>
          <w:rFonts w:ascii="Arial" w:hAnsi="Arial" w:cs="Arial"/>
          <w:b/>
          <w:bCs/>
        </w:rPr>
        <w:t xml:space="preserve">                                                </w:t>
      </w:r>
      <w:r w:rsidRPr="00BA556B">
        <w:rPr>
          <w:rFonts w:ascii="Arial" w:hAnsi="Arial" w:cs="Arial"/>
          <w:b/>
          <w:bCs/>
        </w:rPr>
        <w:t xml:space="preserve"> </w:t>
      </w:r>
    </w:p>
    <w:p w14:paraId="22255C44" w14:textId="5D65BAF9" w:rsidR="005F5024" w:rsidRPr="00BA556B" w:rsidRDefault="005F5024" w:rsidP="007C6AED">
      <w:pPr>
        <w:spacing w:after="0"/>
        <w:rPr>
          <w:rFonts w:ascii="Arial" w:hAnsi="Arial" w:cs="Arial"/>
        </w:rPr>
      </w:pPr>
      <w:r w:rsidRPr="00BA556B">
        <w:rPr>
          <w:rFonts w:ascii="Segoe UI Symbol" w:hAnsi="Segoe UI Symbol" w:cs="Segoe UI Symbol"/>
          <w:b/>
          <w:bCs/>
        </w:rPr>
        <w:t>☐</w:t>
      </w:r>
      <w:r w:rsidR="00814343">
        <w:rPr>
          <w:rFonts w:ascii="Arial" w:hAnsi="Arial" w:cs="Arial"/>
          <w:b/>
          <w:bCs/>
        </w:rPr>
        <w:t xml:space="preserve"> </w:t>
      </w:r>
      <w:r w:rsidR="00814343" w:rsidRPr="00BA556B">
        <w:rPr>
          <w:rFonts w:ascii="Arial" w:hAnsi="Arial" w:cs="Arial"/>
        </w:rPr>
        <w:t>Chair – Tasman</w:t>
      </w:r>
      <w:r w:rsidR="007112F4">
        <w:rPr>
          <w:rFonts w:ascii="Arial" w:hAnsi="Arial" w:cs="Arial"/>
        </w:rPr>
        <w:t xml:space="preserve"> Senior Track and Field Subcommittee </w:t>
      </w:r>
    </w:p>
    <w:p w14:paraId="0EA9B100" w14:textId="77777777" w:rsidR="003F5E3B" w:rsidRDefault="00015BC8">
      <w:pPr>
        <w:pStyle w:val="Heading1"/>
        <w:rPr>
          <w:rFonts w:ascii="Gill Sans MT" w:hAnsi="Gill Sans MT"/>
          <w:color w:val="548DD4" w:themeColor="text2" w:themeTint="99"/>
        </w:rPr>
      </w:pPr>
      <w:r w:rsidRPr="00DD3E1B">
        <w:rPr>
          <w:rFonts w:ascii="Gill Sans MT" w:hAnsi="Gill Sans MT"/>
          <w:color w:val="548DD4" w:themeColor="text2" w:themeTint="99"/>
        </w:rPr>
        <w:t>Nomination Details</w:t>
      </w:r>
    </w:p>
    <w:p w14:paraId="51301FA1" w14:textId="77777777" w:rsidR="001A0B74" w:rsidRDefault="001A0B74" w:rsidP="001A0B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225"/>
      </w:tblGrid>
      <w:tr w:rsidR="001A0B74" w14:paraId="787AA2E3" w14:textId="77777777" w:rsidTr="007112F4">
        <w:trPr>
          <w:trHeight w:val="498"/>
        </w:trPr>
        <w:tc>
          <w:tcPr>
            <w:tcW w:w="2405" w:type="dxa"/>
          </w:tcPr>
          <w:p w14:paraId="3288B6BD" w14:textId="52F38E2B" w:rsidR="001A0B74" w:rsidRPr="00B86EFE" w:rsidRDefault="001A0B74" w:rsidP="001A0B74">
            <w:pPr>
              <w:rPr>
                <w:rFonts w:ascii="Arial" w:hAnsi="Arial" w:cs="Arial"/>
                <w:b/>
                <w:bCs/>
                <w:color w:val="548DD4" w:themeColor="text2" w:themeTint="99"/>
              </w:rPr>
            </w:pPr>
            <w:r w:rsidRPr="00B86EFE">
              <w:rPr>
                <w:rFonts w:ascii="Arial" w:hAnsi="Arial" w:cs="Arial"/>
                <w:b/>
                <w:bCs/>
              </w:rPr>
              <w:t>Nominated By</w:t>
            </w:r>
            <w:r w:rsidRPr="00B86EFE">
              <w:rPr>
                <w:rFonts w:ascii="Arial" w:hAnsi="Arial" w:cs="Arial"/>
              </w:rPr>
              <w:t xml:space="preserve"> (Name of Nominator): </w:t>
            </w:r>
          </w:p>
        </w:tc>
        <w:tc>
          <w:tcPr>
            <w:tcW w:w="6225" w:type="dxa"/>
          </w:tcPr>
          <w:p w14:paraId="41D7378B" w14:textId="77777777" w:rsidR="001A0B74" w:rsidRDefault="001A0B74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1A0B74" w14:paraId="031CC8D9" w14:textId="77777777" w:rsidTr="001A0B74">
        <w:tc>
          <w:tcPr>
            <w:tcW w:w="2405" w:type="dxa"/>
          </w:tcPr>
          <w:p w14:paraId="24FDBDB5" w14:textId="77777777" w:rsidR="001A0B74" w:rsidRPr="00B86EFE" w:rsidRDefault="001A0B74" w:rsidP="001A0B74">
            <w:pPr>
              <w:rPr>
                <w:rFonts w:ascii="Arial" w:hAnsi="Arial" w:cs="Arial"/>
                <w:b/>
                <w:bCs/>
              </w:rPr>
            </w:pPr>
            <w:r w:rsidRPr="00B86EFE">
              <w:rPr>
                <w:rFonts w:ascii="Arial" w:hAnsi="Arial" w:cs="Arial"/>
                <w:b/>
                <w:bCs/>
              </w:rPr>
              <w:t xml:space="preserve">Signature: </w:t>
            </w:r>
          </w:p>
          <w:p w14:paraId="13C7E50A" w14:textId="77777777" w:rsidR="00BF725F" w:rsidRPr="00B86EFE" w:rsidRDefault="00BF725F" w:rsidP="00850198">
            <w:pPr>
              <w:rPr>
                <w:rFonts w:ascii="Arial" w:hAnsi="Arial" w:cs="Arial"/>
                <w:b/>
                <w:bCs/>
                <w:color w:val="548DD4" w:themeColor="text2" w:themeTint="99"/>
              </w:rPr>
            </w:pPr>
          </w:p>
        </w:tc>
        <w:tc>
          <w:tcPr>
            <w:tcW w:w="6225" w:type="dxa"/>
          </w:tcPr>
          <w:p w14:paraId="76AA6CCC" w14:textId="77777777" w:rsidR="001A0B74" w:rsidRDefault="001A0B74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7A29FE" w14:paraId="62F6B2C4" w14:textId="77777777" w:rsidTr="007A29FE">
        <w:trPr>
          <w:trHeight w:val="461"/>
        </w:trPr>
        <w:tc>
          <w:tcPr>
            <w:tcW w:w="2405" w:type="dxa"/>
          </w:tcPr>
          <w:p w14:paraId="17F477F5" w14:textId="77777777" w:rsidR="007A29FE" w:rsidRDefault="00D249B7" w:rsidP="001A0B7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Seconded By</w:t>
            </w:r>
          </w:p>
          <w:p w14:paraId="5FF21C03" w14:textId="549F0664" w:rsidR="00D249B7" w:rsidRPr="00D249B7" w:rsidRDefault="00F44210" w:rsidP="001A0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(Name of Seconder)</w:t>
            </w:r>
          </w:p>
        </w:tc>
        <w:tc>
          <w:tcPr>
            <w:tcW w:w="6225" w:type="dxa"/>
          </w:tcPr>
          <w:p w14:paraId="66298C42" w14:textId="77777777" w:rsidR="007A29FE" w:rsidRDefault="007A29FE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7A29FE" w14:paraId="4AB0D834" w14:textId="77777777" w:rsidTr="001A0B74">
        <w:tc>
          <w:tcPr>
            <w:tcW w:w="2405" w:type="dxa"/>
          </w:tcPr>
          <w:p w14:paraId="0317F263" w14:textId="18B1FED5" w:rsidR="00BF725F" w:rsidRDefault="00953D78" w:rsidP="001A0B7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Signature:</w:t>
            </w:r>
          </w:p>
          <w:p w14:paraId="2D34ED89" w14:textId="0837CA81" w:rsidR="00953D78" w:rsidRPr="00B86EFE" w:rsidRDefault="00953D78" w:rsidP="001A0B7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25" w:type="dxa"/>
          </w:tcPr>
          <w:p w14:paraId="62895C8F" w14:textId="77777777" w:rsidR="007A29FE" w:rsidRDefault="007A29FE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1A0B74" w14:paraId="176D87E8" w14:textId="77777777" w:rsidTr="001A0B74">
        <w:tc>
          <w:tcPr>
            <w:tcW w:w="2405" w:type="dxa"/>
          </w:tcPr>
          <w:p w14:paraId="32E5AB6F" w14:textId="77777777" w:rsidR="001A0B74" w:rsidRPr="00B86EFE" w:rsidRDefault="001A0B74" w:rsidP="001A0B74">
            <w:pPr>
              <w:rPr>
                <w:rFonts w:ascii="Arial" w:hAnsi="Arial" w:cs="Arial"/>
                <w:b/>
                <w:bCs/>
              </w:rPr>
            </w:pPr>
            <w:r w:rsidRPr="00B86EFE">
              <w:rPr>
                <w:rFonts w:ascii="Arial" w:hAnsi="Arial" w:cs="Arial"/>
                <w:b/>
                <w:bCs/>
              </w:rPr>
              <w:t>Date:</w:t>
            </w:r>
          </w:p>
          <w:p w14:paraId="3751EF01" w14:textId="7F584176" w:rsidR="001A0B74" w:rsidRPr="00B86EFE" w:rsidRDefault="001A0B74" w:rsidP="001A0B7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25" w:type="dxa"/>
          </w:tcPr>
          <w:p w14:paraId="5D4ABE25" w14:textId="77777777" w:rsidR="001A0B74" w:rsidRDefault="001A0B74" w:rsidP="00850198">
            <w:pPr>
              <w:rPr>
                <w:rFonts w:ascii="Gill Sans MT" w:hAnsi="Gill Sans MT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</w:tbl>
    <w:p w14:paraId="2ED6C53A" w14:textId="0731C3D1" w:rsidR="003F5E3B" w:rsidRPr="00B86EFE" w:rsidRDefault="007112F4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</w:t>
      </w:r>
      <w:r w:rsidRPr="00B86EFE">
        <w:rPr>
          <w:rFonts w:ascii="Arial" w:hAnsi="Arial" w:cs="Arial"/>
        </w:rPr>
        <w:t>ominee Acceptance</w:t>
      </w:r>
    </w:p>
    <w:p w14:paraId="09739C2C" w14:textId="77777777" w:rsidR="00662245" w:rsidRPr="00B86EFE" w:rsidRDefault="00662245" w:rsidP="0066224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650"/>
      </w:tblGrid>
      <w:tr w:rsidR="00662245" w14:paraId="102B53D3" w14:textId="77777777" w:rsidTr="00DF3581">
        <w:tc>
          <w:tcPr>
            <w:tcW w:w="1980" w:type="dxa"/>
          </w:tcPr>
          <w:p w14:paraId="005340B3" w14:textId="77777777" w:rsidR="003503C1" w:rsidRDefault="003503C1" w:rsidP="00DF3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6EFE">
              <w:rPr>
                <w:rFonts w:ascii="Arial" w:hAnsi="Arial" w:cs="Arial"/>
                <w:b/>
                <w:bCs/>
                <w:sz w:val="24"/>
                <w:szCs w:val="24"/>
              </w:rPr>
              <w:t>Nominee Name</w:t>
            </w:r>
          </w:p>
          <w:p w14:paraId="3DEF8D87" w14:textId="79D9B491" w:rsidR="00DF3581" w:rsidRPr="00B86EFE" w:rsidRDefault="00DF3581" w:rsidP="00DF35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650" w:type="dxa"/>
          </w:tcPr>
          <w:p w14:paraId="2A155A06" w14:textId="77777777" w:rsidR="00662245" w:rsidRPr="00E6005B" w:rsidRDefault="00662245" w:rsidP="00662245">
            <w:pPr>
              <w:rPr>
                <w:rFonts w:ascii="Arial" w:hAnsi="Arial" w:cs="Arial"/>
              </w:rPr>
            </w:pPr>
          </w:p>
        </w:tc>
      </w:tr>
      <w:tr w:rsidR="00662245" w14:paraId="1D171BFC" w14:textId="77777777" w:rsidTr="00DF3581">
        <w:tc>
          <w:tcPr>
            <w:tcW w:w="1980" w:type="dxa"/>
          </w:tcPr>
          <w:p w14:paraId="098CE973" w14:textId="77777777" w:rsidR="00662245" w:rsidRPr="00B86EFE" w:rsidRDefault="009F154C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6EFE">
              <w:rPr>
                <w:rFonts w:ascii="Arial" w:hAnsi="Arial" w:cs="Arial"/>
                <w:b/>
                <w:bCs/>
                <w:sz w:val="24"/>
                <w:szCs w:val="24"/>
              </w:rPr>
              <w:t>Declaratio</w:t>
            </w:r>
            <w:r w:rsidR="00284CB3" w:rsidRPr="00B86EFE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  <w:p w14:paraId="447A3A66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A78D96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5AE188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F881DF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DC4B5F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19E3EA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BC96D1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EF5DD6" w14:textId="77777777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3B8F9B" w14:textId="5F858FBB" w:rsidR="00284CB3" w:rsidRPr="00B86EFE" w:rsidRDefault="00284CB3" w:rsidP="006622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650" w:type="dxa"/>
          </w:tcPr>
          <w:p w14:paraId="5970BFE4" w14:textId="77777777" w:rsidR="009B1506" w:rsidRPr="00E6005B" w:rsidRDefault="009B1506" w:rsidP="00926F0B">
            <w:pPr>
              <w:rPr>
                <w:rFonts w:ascii="Arial" w:hAnsi="Arial" w:cs="Arial"/>
              </w:rPr>
            </w:pPr>
          </w:p>
          <w:p w14:paraId="2FDC2C5C" w14:textId="44C1CA0A" w:rsidR="00926F0B" w:rsidRPr="00E6005B" w:rsidRDefault="00926F0B" w:rsidP="00926F0B">
            <w:pPr>
              <w:rPr>
                <w:rFonts w:ascii="Arial" w:hAnsi="Arial" w:cs="Arial"/>
              </w:rPr>
            </w:pPr>
            <w:r w:rsidRPr="00E6005B">
              <w:rPr>
                <w:rFonts w:ascii="Arial" w:hAnsi="Arial" w:cs="Arial"/>
              </w:rPr>
              <w:t>I accept this nomination and confirm that:</w:t>
            </w:r>
          </w:p>
          <w:p w14:paraId="27A583C3" w14:textId="77777777" w:rsidR="001C7279" w:rsidRPr="00E6005B" w:rsidRDefault="001C7279" w:rsidP="00926F0B">
            <w:pPr>
              <w:rPr>
                <w:rFonts w:ascii="Arial" w:hAnsi="Arial" w:cs="Arial"/>
              </w:rPr>
            </w:pPr>
          </w:p>
          <w:p w14:paraId="2C9E7F45" w14:textId="77777777" w:rsidR="00926F0B" w:rsidRPr="00E6005B" w:rsidRDefault="00926F0B" w:rsidP="00926F0B">
            <w:pPr>
              <w:rPr>
                <w:rFonts w:ascii="Arial" w:hAnsi="Arial" w:cs="Arial"/>
              </w:rPr>
            </w:pPr>
            <w:r w:rsidRPr="00E6005B">
              <w:rPr>
                <w:rFonts w:ascii="Segoe UI Symbol" w:hAnsi="Segoe UI Symbol" w:cs="Segoe UI Symbol"/>
              </w:rPr>
              <w:t>☐</w:t>
            </w:r>
            <w:r w:rsidRPr="00E6005B">
              <w:rPr>
                <w:rFonts w:ascii="Arial" w:hAnsi="Arial" w:cs="Arial"/>
              </w:rPr>
              <w:t xml:space="preserve"> I am eligible to stand for election under section 47 of the Incorporated Society Act 2022.</w:t>
            </w:r>
          </w:p>
          <w:p w14:paraId="6C2FD8AB" w14:textId="77777777" w:rsidR="00C85C3E" w:rsidRPr="00E6005B" w:rsidRDefault="00C85C3E" w:rsidP="00926F0B">
            <w:pPr>
              <w:rPr>
                <w:rFonts w:ascii="Arial" w:hAnsi="Arial" w:cs="Arial"/>
              </w:rPr>
            </w:pPr>
          </w:p>
          <w:p w14:paraId="487EDEF9" w14:textId="77777777" w:rsidR="00C85C3E" w:rsidRPr="00E6005B" w:rsidRDefault="00C85C3E" w:rsidP="00C85C3E">
            <w:pPr>
              <w:ind w:left="709" w:hanging="425"/>
              <w:rPr>
                <w:rFonts w:ascii="Arial" w:hAnsi="Arial" w:cs="Arial"/>
              </w:rPr>
            </w:pPr>
            <w:r w:rsidRPr="00E6005B">
              <w:rPr>
                <w:rFonts w:ascii="Arial" w:hAnsi="Arial" w:cs="Arial"/>
              </w:rPr>
              <w:t>Disqualifying factors include:</w:t>
            </w:r>
          </w:p>
          <w:p w14:paraId="463CCDF9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under 16 years of age.</w:t>
            </w:r>
          </w:p>
          <w:p w14:paraId="25B6A94B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an undischarged bankrupt.</w:t>
            </w:r>
          </w:p>
          <w:p w14:paraId="6B8961EF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prohibited from being a director or manager of a company under the Companies Act 1993, Financial Markets Conduct Act 2013, or Takeovers Act 1993.</w:t>
            </w:r>
          </w:p>
          <w:p w14:paraId="107EF6CD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disqualified from being an officer of a charitable entity under the Charities Act 2005.</w:t>
            </w:r>
          </w:p>
          <w:p w14:paraId="71CEDC61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Having been convicted of and sentenced for specific crimes (such as fraud or dishonesty) within the last seven years.</w:t>
            </w:r>
          </w:p>
          <w:p w14:paraId="27E96123" w14:textId="77777777" w:rsidR="00C85C3E" w:rsidRPr="00E6005B" w:rsidRDefault="00C85C3E" w:rsidP="00C85C3E">
            <w:pPr>
              <w:numPr>
                <w:ilvl w:val="0"/>
                <w:numId w:val="10"/>
              </w:numPr>
              <w:tabs>
                <w:tab w:val="clear" w:pos="720"/>
                <w:tab w:val="num" w:pos="851"/>
              </w:tabs>
              <w:ind w:left="709" w:hanging="283"/>
              <w:rPr>
                <w:rFonts w:ascii="Arial" w:hAnsi="Arial" w:cs="Arial"/>
                <w:lang w:val="en-NZ"/>
              </w:rPr>
            </w:pPr>
            <w:r w:rsidRPr="00E6005B">
              <w:rPr>
                <w:rFonts w:ascii="Arial" w:hAnsi="Arial" w:cs="Arial"/>
                <w:lang w:val="en-NZ"/>
              </w:rPr>
              <w:t>Being subject to a banning order under New Zealand or overseas laws</w:t>
            </w:r>
          </w:p>
          <w:p w14:paraId="19F3985C" w14:textId="77777777" w:rsidR="00FB229E" w:rsidRDefault="00FB229E" w:rsidP="00C85C3E">
            <w:pPr>
              <w:rPr>
                <w:rFonts w:ascii="Segoe UI Symbol" w:hAnsi="Segoe UI Symbol" w:cs="Segoe UI Symbol"/>
              </w:rPr>
            </w:pPr>
          </w:p>
          <w:p w14:paraId="68B66ADB" w14:textId="1C879F36" w:rsidR="00C85C3E" w:rsidRDefault="00C85C3E" w:rsidP="00C85C3E">
            <w:pPr>
              <w:rPr>
                <w:rFonts w:ascii="Arial" w:hAnsi="Arial" w:cs="Arial"/>
              </w:rPr>
            </w:pPr>
            <w:r w:rsidRPr="00E6005B">
              <w:rPr>
                <w:rFonts w:ascii="Segoe UI Symbol" w:hAnsi="Segoe UI Symbol" w:cs="Segoe UI Symbol"/>
              </w:rPr>
              <w:t>☐</w:t>
            </w:r>
            <w:r w:rsidRPr="00E6005B">
              <w:rPr>
                <w:rFonts w:ascii="Arial" w:hAnsi="Arial" w:cs="Arial"/>
              </w:rPr>
              <w:t xml:space="preserve"> I am willing to fulfill the duties and responsibilities of the position.</w:t>
            </w:r>
          </w:p>
          <w:p w14:paraId="1AD507E0" w14:textId="77777777" w:rsidR="00DF3581" w:rsidRPr="00E6005B" w:rsidRDefault="00DF3581" w:rsidP="00C85C3E">
            <w:pPr>
              <w:rPr>
                <w:rFonts w:ascii="Arial" w:hAnsi="Arial" w:cs="Arial"/>
              </w:rPr>
            </w:pPr>
          </w:p>
          <w:p w14:paraId="70417B6D" w14:textId="013A818F" w:rsidR="009B1506" w:rsidRPr="00E6005B" w:rsidRDefault="00C85C3E" w:rsidP="007907C6">
            <w:pPr>
              <w:rPr>
                <w:rFonts w:ascii="Arial" w:hAnsi="Arial" w:cs="Arial"/>
                <w:lang w:val="en-NZ"/>
              </w:rPr>
            </w:pPr>
            <w:r w:rsidRPr="00E6005B">
              <w:rPr>
                <w:rFonts w:ascii="Segoe UI Symbol" w:hAnsi="Segoe UI Symbol" w:cs="Segoe UI Symbol"/>
              </w:rPr>
              <w:t>☐</w:t>
            </w:r>
            <w:r w:rsidRPr="00E6005B">
              <w:rPr>
                <w:rFonts w:ascii="Arial" w:hAnsi="Arial" w:cs="Arial"/>
              </w:rPr>
              <w:t xml:space="preserve"> The information provided in this nomination is accurate.</w:t>
            </w:r>
          </w:p>
          <w:p w14:paraId="2D0111DD" w14:textId="77777777" w:rsidR="00662245" w:rsidRPr="00E6005B" w:rsidRDefault="00662245" w:rsidP="00662245">
            <w:pPr>
              <w:rPr>
                <w:rFonts w:ascii="Arial" w:hAnsi="Arial" w:cs="Arial"/>
              </w:rPr>
            </w:pPr>
          </w:p>
        </w:tc>
      </w:tr>
      <w:tr w:rsidR="00976DCC" w14:paraId="1868EA46" w14:textId="77777777" w:rsidTr="00DF3581">
        <w:tc>
          <w:tcPr>
            <w:tcW w:w="1980" w:type="dxa"/>
          </w:tcPr>
          <w:p w14:paraId="1154C18B" w14:textId="77777777" w:rsidR="009B1506" w:rsidRDefault="00976DCC" w:rsidP="00DF3581">
            <w:pPr>
              <w:rPr>
                <w:rFonts w:ascii="Arial" w:hAnsi="Arial" w:cs="Arial"/>
                <w:b/>
                <w:bCs/>
              </w:rPr>
            </w:pPr>
            <w:r w:rsidRPr="00B86EFE">
              <w:rPr>
                <w:rFonts w:ascii="Arial" w:hAnsi="Arial" w:cs="Arial"/>
                <w:b/>
                <w:bCs/>
              </w:rPr>
              <w:t>Nominee S</w:t>
            </w:r>
            <w:r w:rsidR="001149CE" w:rsidRPr="00B86EFE">
              <w:rPr>
                <w:rFonts w:ascii="Arial" w:hAnsi="Arial" w:cs="Arial"/>
                <w:b/>
                <w:bCs/>
              </w:rPr>
              <w:t>ignature</w:t>
            </w:r>
          </w:p>
          <w:p w14:paraId="5F16862C" w14:textId="0E21D659" w:rsidR="00DF3581" w:rsidRPr="00B86EFE" w:rsidRDefault="00DF3581" w:rsidP="00DF358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0" w:type="dxa"/>
          </w:tcPr>
          <w:p w14:paraId="7E262511" w14:textId="77777777" w:rsidR="00976DCC" w:rsidRPr="00DD3E1B" w:rsidRDefault="00976DCC" w:rsidP="00926F0B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976DCC" w14:paraId="4BB31EAA" w14:textId="77777777" w:rsidTr="00DF3581">
        <w:tc>
          <w:tcPr>
            <w:tcW w:w="1980" w:type="dxa"/>
          </w:tcPr>
          <w:p w14:paraId="681AB43A" w14:textId="77777777" w:rsidR="00976DCC" w:rsidRPr="00B86EFE" w:rsidRDefault="001149CE" w:rsidP="00662245">
            <w:pPr>
              <w:rPr>
                <w:rFonts w:ascii="Arial" w:hAnsi="Arial" w:cs="Arial"/>
                <w:b/>
                <w:bCs/>
              </w:rPr>
            </w:pPr>
            <w:r w:rsidRPr="00B86EFE">
              <w:rPr>
                <w:rFonts w:ascii="Arial" w:hAnsi="Arial" w:cs="Arial"/>
                <w:b/>
                <w:bCs/>
              </w:rPr>
              <w:t>Date</w:t>
            </w:r>
          </w:p>
          <w:p w14:paraId="701D12C9" w14:textId="0476066E" w:rsidR="001149CE" w:rsidRPr="00B86EFE" w:rsidRDefault="001149CE" w:rsidP="0066224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50" w:type="dxa"/>
          </w:tcPr>
          <w:p w14:paraId="2666AACC" w14:textId="77777777" w:rsidR="00976DCC" w:rsidRPr="00DD3E1B" w:rsidRDefault="00976DCC" w:rsidP="00926F0B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2A151B4D" w14:textId="3CCAF6F9" w:rsidR="006D0E37" w:rsidRPr="00B86EFE" w:rsidRDefault="00015BC8" w:rsidP="00D01A79">
      <w:pPr>
        <w:pStyle w:val="Heading1"/>
        <w:rPr>
          <w:rFonts w:ascii="Arial" w:hAnsi="Arial" w:cs="Arial"/>
        </w:rPr>
      </w:pPr>
      <w:r w:rsidRPr="00B86EFE">
        <w:rPr>
          <w:rFonts w:ascii="Arial" w:hAnsi="Arial" w:cs="Arial"/>
        </w:rPr>
        <w:t>Election Officer Use Only</w:t>
      </w:r>
    </w:p>
    <w:p w14:paraId="56DF04A3" w14:textId="77777777" w:rsidR="009B1506" w:rsidRPr="009B1506" w:rsidRDefault="009B1506" w:rsidP="009B15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9B1506" w14:paraId="2D254EFF" w14:textId="77777777" w:rsidTr="006E700C">
        <w:tc>
          <w:tcPr>
            <w:tcW w:w="8630" w:type="dxa"/>
            <w:gridSpan w:val="2"/>
          </w:tcPr>
          <w:p w14:paraId="41CC98D1" w14:textId="77777777" w:rsidR="009B1506" w:rsidRPr="00B86EFE" w:rsidRDefault="009B1506" w:rsidP="009B1506">
            <w:pPr>
              <w:rPr>
                <w:rFonts w:ascii="Arial" w:hAnsi="Arial" w:cs="Arial"/>
              </w:rPr>
            </w:pPr>
          </w:p>
          <w:p w14:paraId="610F68B5" w14:textId="77777777" w:rsidR="009B1506" w:rsidRPr="00DF3581" w:rsidRDefault="009B1506" w:rsidP="009B1506">
            <w:pPr>
              <w:rPr>
                <w:rFonts w:ascii="Arial" w:hAnsi="Arial" w:cs="Arial"/>
              </w:rPr>
            </w:pPr>
            <w:r w:rsidRPr="00B86EFE">
              <w:rPr>
                <w:rFonts w:ascii="Segoe UI Symbol" w:hAnsi="Segoe UI Symbol" w:cs="Segoe UI Symbol"/>
              </w:rPr>
              <w:t>☐</w:t>
            </w:r>
            <w:r w:rsidRPr="00B86EFE">
              <w:rPr>
                <w:rFonts w:ascii="Arial" w:hAnsi="Arial" w:cs="Arial"/>
              </w:rPr>
              <w:t xml:space="preserve"> </w:t>
            </w:r>
            <w:r w:rsidRPr="00DF3581">
              <w:rPr>
                <w:rFonts w:ascii="Arial" w:hAnsi="Arial" w:cs="Arial"/>
              </w:rPr>
              <w:t>Membership verified</w:t>
            </w:r>
          </w:p>
          <w:p w14:paraId="2730DF57" w14:textId="77777777" w:rsidR="009B1506" w:rsidRPr="00DF3581" w:rsidRDefault="009B1506" w:rsidP="009B1506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Eligibility confirmed</w:t>
            </w:r>
          </w:p>
          <w:p w14:paraId="18F4E28D" w14:textId="77777777" w:rsidR="009B1506" w:rsidRPr="00DF3581" w:rsidRDefault="009B1506" w:rsidP="009B1506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Nomination received by deadline</w:t>
            </w:r>
          </w:p>
          <w:p w14:paraId="7F002410" w14:textId="1C47019F" w:rsidR="009B1506" w:rsidRPr="00DF3581" w:rsidRDefault="009B1506" w:rsidP="009B1506">
            <w:pPr>
              <w:rPr>
                <w:rFonts w:ascii="Arial" w:hAnsi="Arial" w:cs="Arial"/>
              </w:rPr>
            </w:pPr>
            <w:r w:rsidRPr="00DF3581">
              <w:rPr>
                <w:rFonts w:ascii="Segoe UI Symbol" w:hAnsi="Segoe UI Symbol" w:cs="Segoe UI Symbol"/>
              </w:rPr>
              <w:t>☐</w:t>
            </w:r>
            <w:r w:rsidRPr="00DF3581">
              <w:rPr>
                <w:rFonts w:ascii="Arial" w:hAnsi="Arial" w:cs="Arial"/>
              </w:rPr>
              <w:t xml:space="preserve"> Nomination accepted</w:t>
            </w:r>
          </w:p>
          <w:p w14:paraId="09020277" w14:textId="77777777" w:rsidR="009B1506" w:rsidRPr="00B86EFE" w:rsidRDefault="009B1506" w:rsidP="009B1506">
            <w:pPr>
              <w:rPr>
                <w:rFonts w:ascii="Arial" w:hAnsi="Arial" w:cs="Arial"/>
              </w:rPr>
            </w:pPr>
          </w:p>
        </w:tc>
      </w:tr>
      <w:tr w:rsidR="009B1506" w14:paraId="68175263" w14:textId="77777777" w:rsidTr="009B1506">
        <w:tc>
          <w:tcPr>
            <w:tcW w:w="4315" w:type="dxa"/>
          </w:tcPr>
          <w:p w14:paraId="43D5F354" w14:textId="77777777" w:rsidR="009B1506" w:rsidRPr="00B86EFE" w:rsidRDefault="009B1506" w:rsidP="009B1506">
            <w:pPr>
              <w:rPr>
                <w:rFonts w:ascii="Arial" w:hAnsi="Arial" w:cs="Arial"/>
              </w:rPr>
            </w:pPr>
            <w:r w:rsidRPr="00B86EFE">
              <w:rPr>
                <w:rFonts w:ascii="Arial" w:hAnsi="Arial" w:cs="Arial"/>
              </w:rPr>
              <w:t>Received By:</w:t>
            </w:r>
          </w:p>
          <w:p w14:paraId="0B545638" w14:textId="7DAD6A3E" w:rsidR="009B1506" w:rsidRPr="00B86EFE" w:rsidRDefault="009B1506" w:rsidP="009B1506">
            <w:p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3D7C640E" w14:textId="77777777" w:rsidR="009B1506" w:rsidRDefault="009B1506" w:rsidP="009B1506"/>
        </w:tc>
      </w:tr>
      <w:tr w:rsidR="009B1506" w14:paraId="17FDB541" w14:textId="77777777" w:rsidTr="009B1506">
        <w:tc>
          <w:tcPr>
            <w:tcW w:w="4315" w:type="dxa"/>
          </w:tcPr>
          <w:p w14:paraId="1330C17E" w14:textId="1CCB651C" w:rsidR="009B1506" w:rsidRPr="00B86EFE" w:rsidRDefault="00913270" w:rsidP="009B1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  <w:proofErr w:type="spellStart"/>
            <w:r>
              <w:rPr>
                <w:rFonts w:ascii="Arial" w:hAnsi="Arial" w:cs="Arial"/>
              </w:rPr>
              <w:t>Recieved</w:t>
            </w:r>
            <w:proofErr w:type="spellEnd"/>
            <w:r w:rsidR="009B1506" w:rsidRPr="00B86EFE">
              <w:rPr>
                <w:rFonts w:ascii="Arial" w:hAnsi="Arial" w:cs="Arial"/>
              </w:rPr>
              <w:t>:</w:t>
            </w:r>
          </w:p>
          <w:p w14:paraId="61C08FFB" w14:textId="400FDC13" w:rsidR="009B1506" w:rsidRPr="00B86EFE" w:rsidRDefault="009B1506" w:rsidP="009B1506">
            <w:p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33607F3A" w14:textId="77777777" w:rsidR="009B1506" w:rsidRDefault="009B1506" w:rsidP="009B1506"/>
        </w:tc>
      </w:tr>
    </w:tbl>
    <w:p w14:paraId="0633B7EB" w14:textId="77777777" w:rsidR="00D41420" w:rsidRPr="00FC64CE" w:rsidRDefault="00D41420" w:rsidP="004A52EA">
      <w:pPr>
        <w:rPr>
          <w:rFonts w:ascii="Gill Sans MT" w:hAnsi="Gill Sans MT"/>
        </w:rPr>
      </w:pPr>
    </w:p>
    <w:sectPr w:rsidR="00D41420" w:rsidRPr="00FC64CE" w:rsidSect="007C6AED">
      <w:pgSz w:w="12240" w:h="15840"/>
      <w:pgMar w:top="1440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36B6EFE"/>
    <w:multiLevelType w:val="multilevel"/>
    <w:tmpl w:val="A1A8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635109">
    <w:abstractNumId w:val="8"/>
  </w:num>
  <w:num w:numId="2" w16cid:durableId="703332498">
    <w:abstractNumId w:val="6"/>
  </w:num>
  <w:num w:numId="3" w16cid:durableId="1511261319">
    <w:abstractNumId w:val="5"/>
  </w:num>
  <w:num w:numId="4" w16cid:durableId="136920536">
    <w:abstractNumId w:val="4"/>
  </w:num>
  <w:num w:numId="5" w16cid:durableId="1186867576">
    <w:abstractNumId w:val="7"/>
  </w:num>
  <w:num w:numId="6" w16cid:durableId="1166436243">
    <w:abstractNumId w:val="3"/>
  </w:num>
  <w:num w:numId="7" w16cid:durableId="1988971115">
    <w:abstractNumId w:val="2"/>
  </w:num>
  <w:num w:numId="8" w16cid:durableId="1358003447">
    <w:abstractNumId w:val="1"/>
  </w:num>
  <w:num w:numId="9" w16cid:durableId="253363085">
    <w:abstractNumId w:val="0"/>
  </w:num>
  <w:num w:numId="10" w16cid:durableId="1438599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8CE3742-3614-401F-9D4B-DC4267F798E6}"/>
    <w:docVar w:name="dgnword-eventsink" w:val="2289169045040"/>
  </w:docVars>
  <w:rsids>
    <w:rsidRoot w:val="00B47730"/>
    <w:rsid w:val="0003245A"/>
    <w:rsid w:val="00034616"/>
    <w:rsid w:val="0006063C"/>
    <w:rsid w:val="0007144C"/>
    <w:rsid w:val="000C2207"/>
    <w:rsid w:val="00101EFE"/>
    <w:rsid w:val="001149CE"/>
    <w:rsid w:val="00145338"/>
    <w:rsid w:val="0015074B"/>
    <w:rsid w:val="00156B2C"/>
    <w:rsid w:val="00197174"/>
    <w:rsid w:val="001A0B74"/>
    <w:rsid w:val="001B1969"/>
    <w:rsid w:val="001B5FDD"/>
    <w:rsid w:val="001C2C9E"/>
    <w:rsid w:val="001C7279"/>
    <w:rsid w:val="001C7E71"/>
    <w:rsid w:val="001E7567"/>
    <w:rsid w:val="001F59F5"/>
    <w:rsid w:val="00284CB3"/>
    <w:rsid w:val="0029639D"/>
    <w:rsid w:val="002C31BB"/>
    <w:rsid w:val="002D0E1D"/>
    <w:rsid w:val="00326F90"/>
    <w:rsid w:val="003444AF"/>
    <w:rsid w:val="003503C1"/>
    <w:rsid w:val="00381B2E"/>
    <w:rsid w:val="003F5E3B"/>
    <w:rsid w:val="00434DBF"/>
    <w:rsid w:val="00447253"/>
    <w:rsid w:val="004825C8"/>
    <w:rsid w:val="0048264D"/>
    <w:rsid w:val="004A52EA"/>
    <w:rsid w:val="004D319A"/>
    <w:rsid w:val="00516CA6"/>
    <w:rsid w:val="00554322"/>
    <w:rsid w:val="00576680"/>
    <w:rsid w:val="005C5CF3"/>
    <w:rsid w:val="005E4146"/>
    <w:rsid w:val="005F5024"/>
    <w:rsid w:val="00636631"/>
    <w:rsid w:val="00662245"/>
    <w:rsid w:val="00670AD2"/>
    <w:rsid w:val="00671289"/>
    <w:rsid w:val="00673EAB"/>
    <w:rsid w:val="006A2D40"/>
    <w:rsid w:val="006A7C01"/>
    <w:rsid w:val="006C358C"/>
    <w:rsid w:val="006D0E37"/>
    <w:rsid w:val="007112F4"/>
    <w:rsid w:val="00722313"/>
    <w:rsid w:val="007907C6"/>
    <w:rsid w:val="007A29FE"/>
    <w:rsid w:val="007B7336"/>
    <w:rsid w:val="007C6AED"/>
    <w:rsid w:val="007F1354"/>
    <w:rsid w:val="00814343"/>
    <w:rsid w:val="00870154"/>
    <w:rsid w:val="008B4026"/>
    <w:rsid w:val="008B54AB"/>
    <w:rsid w:val="00913270"/>
    <w:rsid w:val="0092519B"/>
    <w:rsid w:val="00926F0B"/>
    <w:rsid w:val="00953D78"/>
    <w:rsid w:val="00976DCC"/>
    <w:rsid w:val="00996892"/>
    <w:rsid w:val="009B1506"/>
    <w:rsid w:val="009F154C"/>
    <w:rsid w:val="00AA1D8D"/>
    <w:rsid w:val="00B06171"/>
    <w:rsid w:val="00B148AE"/>
    <w:rsid w:val="00B47730"/>
    <w:rsid w:val="00B55767"/>
    <w:rsid w:val="00B86EFE"/>
    <w:rsid w:val="00B94B68"/>
    <w:rsid w:val="00BA556B"/>
    <w:rsid w:val="00BB0918"/>
    <w:rsid w:val="00BD5C1D"/>
    <w:rsid w:val="00BD7054"/>
    <w:rsid w:val="00BF6FA1"/>
    <w:rsid w:val="00BF725F"/>
    <w:rsid w:val="00C33EAB"/>
    <w:rsid w:val="00C85C3E"/>
    <w:rsid w:val="00C86EF7"/>
    <w:rsid w:val="00CB0664"/>
    <w:rsid w:val="00CB6FC7"/>
    <w:rsid w:val="00CB75CB"/>
    <w:rsid w:val="00CE198B"/>
    <w:rsid w:val="00CE3EE8"/>
    <w:rsid w:val="00CF1DAB"/>
    <w:rsid w:val="00D01A79"/>
    <w:rsid w:val="00D249B7"/>
    <w:rsid w:val="00D35635"/>
    <w:rsid w:val="00D4065E"/>
    <w:rsid w:val="00D41420"/>
    <w:rsid w:val="00D441E9"/>
    <w:rsid w:val="00DD3E1B"/>
    <w:rsid w:val="00DF3581"/>
    <w:rsid w:val="00DF6426"/>
    <w:rsid w:val="00E12EDF"/>
    <w:rsid w:val="00E12FD1"/>
    <w:rsid w:val="00E6005B"/>
    <w:rsid w:val="00EF1AA8"/>
    <w:rsid w:val="00EF4E39"/>
    <w:rsid w:val="00EF7CD4"/>
    <w:rsid w:val="00F136E6"/>
    <w:rsid w:val="00F44210"/>
    <w:rsid w:val="00F60B3F"/>
    <w:rsid w:val="00F6369F"/>
    <w:rsid w:val="00FB229E"/>
    <w:rsid w:val="00FC64CE"/>
    <w:rsid w:val="00FC693F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68E4E12-4ABC-487F-A018-BD874D63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f_mh2qvg0r2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0c5855-a449-4f94-b0c4-95ae4ad8372b">
      <Terms xmlns="http://schemas.microsoft.com/office/infopath/2007/PartnerControls"/>
    </lcf76f155ced4ddcb4097134ff3c332f>
    <TaxCatchAll xmlns="b7112864-42d1-492f-bd2f-6ae774d17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D5F4381FD4245B4ADDB818AA0ED00" ma:contentTypeVersion="14" ma:contentTypeDescription="Create a new document." ma:contentTypeScope="" ma:versionID="d2aabdc4b25c816ef08d621e189f0ac8">
  <xsd:schema xmlns:xsd="http://www.w3.org/2001/XMLSchema" xmlns:xs="http://www.w3.org/2001/XMLSchema" xmlns:p="http://schemas.microsoft.com/office/2006/metadata/properties" xmlns:ns2="ee0c5855-a449-4f94-b0c4-95ae4ad8372b" xmlns:ns3="b7112864-42d1-492f-bd2f-6ae774d17705" targetNamespace="http://schemas.microsoft.com/office/2006/metadata/properties" ma:root="true" ma:fieldsID="2b59fc5098a9e491b03a427fc00f401e" ns2:_="" ns3:_="">
    <xsd:import namespace="ee0c5855-a449-4f94-b0c4-95ae4ad8372b"/>
    <xsd:import namespace="b7112864-42d1-492f-bd2f-6ae774d17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c5855-a449-4f94-b0c4-95ae4ad83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8559071-118f-4f92-8c6a-0640bdad6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12864-42d1-492f-bd2f-6ae774d1770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9f85c3-5147-40d9-8dec-93150935722a}" ma:internalName="TaxCatchAll" ma:showField="CatchAllData" ma:web="b7112864-42d1-492f-bd2f-6ae774d17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3EF71-73AD-4115-B52D-526C307B7984}">
  <ds:schemaRefs>
    <ds:schemaRef ds:uri="http://schemas.microsoft.com/office/2006/metadata/properties"/>
    <ds:schemaRef ds:uri="http://schemas.microsoft.com/office/infopath/2007/PartnerControls"/>
    <ds:schemaRef ds:uri="ee0c5855-a449-4f94-b0c4-95ae4ad8372b"/>
    <ds:schemaRef ds:uri="b7112864-42d1-492f-bd2f-6ae774d17705"/>
  </ds:schemaRefs>
</ds:datastoreItem>
</file>

<file path=customXml/itemProps3.xml><?xml version="1.0" encoding="utf-8"?>
<ds:datastoreItem xmlns:ds="http://schemas.openxmlformats.org/officeDocument/2006/customXml" ds:itemID="{BDDE0383-1293-487C-83A6-BD19812099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AF041-E515-42B3-AED5-7F590D49F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0c5855-a449-4f94-b0c4-95ae4ad8372b"/>
    <ds:schemaRef ds:uri="b7112864-42d1-492f-bd2f-6ae774d17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Kilmister</dc:creator>
  <cp:keywords/>
  <dc:description>generated by python-docx</dc:description>
  <cp:lastModifiedBy>Vern Mardon</cp:lastModifiedBy>
  <cp:revision>4</cp:revision>
  <dcterms:created xsi:type="dcterms:W3CDTF">2026-08-03T20:48:00Z</dcterms:created>
  <dcterms:modified xsi:type="dcterms:W3CDTF">2026-08-10T21:50:00Z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c6a7f575-e481-4618-8627-4b608c0d2cb8</vt:lpwstr>
  </property>
  <property fmtid="{D5CDD505-2E9C-101B-9397-08002B2CF9AE}" pid="3" name="ContentTypeId">
    <vt:lpwstr>0x01010051DD5F4381FD4245B4ADDB818AA0ED00</vt:lpwstr>
  </property>
  <property fmtid="{D5CDD505-2E9C-101B-9397-08002B2CF9AE}" pid="4" name="MediaServiceImageTags">
    <vt:lpwstr/>
  </property>
</Properties>
</file>